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65FB" w:rsidRPr="00683D2F" w:rsidRDefault="00A97095" w:rsidP="00683D2F">
      <w:pPr>
        <w:pStyle w:val="Balk1"/>
        <w:jc w:val="center"/>
        <w:rPr>
          <w:rFonts w:ascii="Times New Roman" w:hAnsi="Times New Roman" w:cs="Times New Roman"/>
          <w:color w:val="00B050"/>
        </w:rPr>
      </w:pPr>
      <w:bookmarkStart w:id="0" w:name="_GoBack"/>
      <w:bookmarkEnd w:id="0"/>
      <w:r w:rsidRPr="00683D2F">
        <w:rPr>
          <w:rFonts w:ascii="Times New Roman" w:hAnsi="Times New Roman" w:cs="Times New Roman"/>
          <w:color w:val="00B050"/>
        </w:rPr>
        <w:t xml:space="preserve">MSKÜ COP31 </w:t>
      </w:r>
      <w:proofErr w:type="spellStart"/>
      <w:r w:rsidRPr="00683D2F">
        <w:rPr>
          <w:rFonts w:ascii="Times New Roman" w:hAnsi="Times New Roman" w:cs="Times New Roman"/>
          <w:color w:val="00B050"/>
        </w:rPr>
        <w:t>Öğrenci</w:t>
      </w:r>
      <w:proofErr w:type="spellEnd"/>
      <w:r w:rsidRPr="00683D2F">
        <w:rPr>
          <w:rFonts w:ascii="Times New Roman" w:hAnsi="Times New Roman" w:cs="Times New Roman"/>
          <w:color w:val="00B050"/>
        </w:rPr>
        <w:t xml:space="preserve"> </w:t>
      </w:r>
      <w:proofErr w:type="spellStart"/>
      <w:r w:rsidRPr="00683D2F">
        <w:rPr>
          <w:rFonts w:ascii="Times New Roman" w:hAnsi="Times New Roman" w:cs="Times New Roman"/>
          <w:color w:val="00B050"/>
        </w:rPr>
        <w:t>Katılım</w:t>
      </w:r>
      <w:proofErr w:type="spellEnd"/>
      <w:r w:rsidRPr="00683D2F">
        <w:rPr>
          <w:rFonts w:ascii="Times New Roman" w:hAnsi="Times New Roman" w:cs="Times New Roman"/>
          <w:color w:val="00B050"/>
        </w:rPr>
        <w:t xml:space="preserve"> Ön Başvuru Formu</w:t>
      </w:r>
    </w:p>
    <w:p w:rsidR="00A665FB" w:rsidRPr="00BE7FA1" w:rsidRDefault="00A97095" w:rsidP="00BE7FA1">
      <w:pPr>
        <w:pStyle w:val="Balk2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BE7FA1">
        <w:rPr>
          <w:rFonts w:ascii="Times New Roman" w:hAnsi="Times New Roman" w:cs="Times New Roman"/>
          <w:color w:val="00B050"/>
          <w:sz w:val="24"/>
          <w:szCs w:val="24"/>
        </w:rPr>
        <w:t>1. Ad Soyad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BE7FA1">
        <w:rPr>
          <w:rFonts w:ascii="Times New Roman" w:hAnsi="Times New Roman" w:cs="Times New Roman"/>
          <w:color w:val="00B050"/>
          <w:sz w:val="24"/>
          <w:szCs w:val="24"/>
        </w:rPr>
        <w:t>..............................................................................................................</w:t>
      </w:r>
    </w:p>
    <w:p w:rsidR="00A665FB" w:rsidRPr="00BE7FA1" w:rsidRDefault="00A97095" w:rsidP="00BE7FA1">
      <w:pPr>
        <w:pStyle w:val="Balk2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BE7FA1">
        <w:rPr>
          <w:rFonts w:ascii="Times New Roman" w:hAnsi="Times New Roman" w:cs="Times New Roman"/>
          <w:color w:val="00B050"/>
          <w:sz w:val="24"/>
          <w:szCs w:val="24"/>
        </w:rPr>
        <w:t>2. Öğrenci Numarası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BE7FA1">
        <w:rPr>
          <w:rFonts w:ascii="Times New Roman" w:hAnsi="Times New Roman" w:cs="Times New Roman"/>
          <w:color w:val="00B050"/>
          <w:sz w:val="24"/>
          <w:szCs w:val="24"/>
        </w:rPr>
        <w:t>..............................................................................................................</w:t>
      </w:r>
    </w:p>
    <w:p w:rsidR="00A665FB" w:rsidRPr="00BE7FA1" w:rsidRDefault="00A97095" w:rsidP="00BE7FA1">
      <w:pPr>
        <w:pStyle w:val="Balk2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BE7FA1">
        <w:rPr>
          <w:rFonts w:ascii="Times New Roman" w:hAnsi="Times New Roman" w:cs="Times New Roman"/>
          <w:color w:val="00B050"/>
          <w:sz w:val="24"/>
          <w:szCs w:val="24"/>
        </w:rPr>
        <w:t>3. Fakülte / Bölüm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BE7FA1">
        <w:rPr>
          <w:rFonts w:ascii="Times New Roman" w:hAnsi="Times New Roman" w:cs="Times New Roman"/>
          <w:color w:val="00B050"/>
          <w:sz w:val="24"/>
          <w:szCs w:val="24"/>
        </w:rPr>
        <w:t>..............................................................................................................</w:t>
      </w:r>
    </w:p>
    <w:p w:rsidR="00A665FB" w:rsidRPr="00BE7FA1" w:rsidRDefault="00A97095" w:rsidP="00BE7FA1">
      <w:pPr>
        <w:pStyle w:val="Balk2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BE7FA1">
        <w:rPr>
          <w:rFonts w:ascii="Times New Roman" w:hAnsi="Times New Roman" w:cs="Times New Roman"/>
          <w:color w:val="00B050"/>
          <w:sz w:val="24"/>
          <w:szCs w:val="24"/>
        </w:rPr>
        <w:t xml:space="preserve">4. </w:t>
      </w:r>
      <w:proofErr w:type="spellStart"/>
      <w:r w:rsidRPr="00BE7FA1">
        <w:rPr>
          <w:rFonts w:ascii="Times New Roman" w:hAnsi="Times New Roman" w:cs="Times New Roman"/>
          <w:color w:val="00B050"/>
          <w:sz w:val="24"/>
          <w:szCs w:val="24"/>
        </w:rPr>
        <w:t>Sınıf</w:t>
      </w:r>
      <w:r w:rsidR="00BE7FA1" w:rsidRPr="00BE7FA1">
        <w:rPr>
          <w:rFonts w:ascii="Times New Roman" w:hAnsi="Times New Roman" w:cs="Times New Roman"/>
          <w:color w:val="00B050"/>
          <w:sz w:val="24"/>
          <w:szCs w:val="24"/>
        </w:rPr>
        <w:t>ınız</w:t>
      </w:r>
      <w:proofErr w:type="spellEnd"/>
    </w:p>
    <w:p w:rsidR="00A665FB" w:rsidRPr="00BE7FA1" w:rsidRDefault="00A97095" w:rsidP="00BE7FA1">
      <w:pPr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BE7FA1">
        <w:rPr>
          <w:rFonts w:ascii="Times New Roman" w:hAnsi="Times New Roman" w:cs="Times New Roman"/>
          <w:color w:val="00B050"/>
          <w:sz w:val="24"/>
          <w:szCs w:val="24"/>
        </w:rPr>
        <w:t>..............................................................................................................</w:t>
      </w:r>
    </w:p>
    <w:p w:rsidR="00A665FB" w:rsidRPr="00BE7FA1" w:rsidRDefault="00A97095" w:rsidP="00BE7FA1">
      <w:pPr>
        <w:pStyle w:val="Balk2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BE7FA1">
        <w:rPr>
          <w:rFonts w:ascii="Times New Roman" w:hAnsi="Times New Roman" w:cs="Times New Roman"/>
          <w:color w:val="00B050"/>
          <w:sz w:val="24"/>
          <w:szCs w:val="24"/>
        </w:rPr>
        <w:t>5. Telefon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BE7FA1">
        <w:rPr>
          <w:rFonts w:ascii="Times New Roman" w:hAnsi="Times New Roman" w:cs="Times New Roman"/>
          <w:color w:val="00B050"/>
          <w:sz w:val="24"/>
          <w:szCs w:val="24"/>
        </w:rPr>
        <w:t>..............................................................................................................</w:t>
      </w:r>
    </w:p>
    <w:p w:rsidR="00A665FB" w:rsidRPr="00BE7FA1" w:rsidRDefault="00A97095" w:rsidP="00BE7FA1">
      <w:pPr>
        <w:pStyle w:val="Balk2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BE7FA1">
        <w:rPr>
          <w:rFonts w:ascii="Times New Roman" w:hAnsi="Times New Roman" w:cs="Times New Roman"/>
          <w:color w:val="00B050"/>
          <w:sz w:val="24"/>
          <w:szCs w:val="24"/>
        </w:rPr>
        <w:t>6. E-posta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BE7FA1">
        <w:rPr>
          <w:rFonts w:ascii="Times New Roman" w:hAnsi="Times New Roman" w:cs="Times New Roman"/>
          <w:color w:val="00B050"/>
          <w:sz w:val="24"/>
          <w:szCs w:val="24"/>
        </w:rPr>
        <w:t>..............................................................................................................</w:t>
      </w:r>
    </w:p>
    <w:p w:rsidR="00A665FB" w:rsidRPr="00BE7FA1" w:rsidRDefault="00A97095" w:rsidP="00BE7FA1">
      <w:pPr>
        <w:pStyle w:val="Balk2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BE7FA1">
        <w:rPr>
          <w:rFonts w:ascii="Times New Roman" w:hAnsi="Times New Roman" w:cs="Times New Roman"/>
          <w:color w:val="00B050"/>
          <w:sz w:val="24"/>
          <w:szCs w:val="24"/>
        </w:rPr>
        <w:t>7. İngilizce Düzeyi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A2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B1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B2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C1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C2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Belgelendirilebilir</w:t>
      </w:r>
    </w:p>
    <w:p w:rsidR="00A665FB" w:rsidRPr="00BE7FA1" w:rsidRDefault="00A97095" w:rsidP="00BE7FA1">
      <w:pPr>
        <w:pStyle w:val="Balk2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BE7FA1">
        <w:rPr>
          <w:rFonts w:ascii="Times New Roman" w:hAnsi="Times New Roman" w:cs="Times New Roman"/>
          <w:color w:val="00B050"/>
          <w:sz w:val="24"/>
          <w:szCs w:val="24"/>
        </w:rPr>
        <w:t>8. İlgi Alanları (En fazla üç seçim)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İklim Değişikliği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Sürdürülebilirlik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Enerji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Su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Biyolojik Çeşitlilik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Afet Yönetimi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Sağlık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Mühendislik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Tarım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Turizm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Yapay Zekâ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Veri Analizi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Yazılım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İletişim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Organizasyon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Sosyal Medya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Diğer</w:t>
      </w:r>
    </w:p>
    <w:p w:rsidR="00A665FB" w:rsidRPr="00BE7FA1" w:rsidRDefault="00A97095" w:rsidP="00BE7FA1">
      <w:pPr>
        <w:pStyle w:val="Balk2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BE7FA1">
        <w:rPr>
          <w:rFonts w:ascii="Times New Roman" w:hAnsi="Times New Roman" w:cs="Times New Roman"/>
          <w:color w:val="00B050"/>
          <w:sz w:val="24"/>
          <w:szCs w:val="24"/>
        </w:rPr>
        <w:t>9. COP31'de Hangi Alanlarda Görev Almak İstersiniz?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Bilimsel proje ekibi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Poster hazırlama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Poster sunumu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Gençlik etkinlikleri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Organizasyon desteği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Çeviri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Fotoğraf/Video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Sosyal medya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Teknik destek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Diğer</w:t>
      </w:r>
    </w:p>
    <w:p w:rsidR="00A665FB" w:rsidRPr="00BE7FA1" w:rsidRDefault="00A97095" w:rsidP="00BE7FA1">
      <w:pPr>
        <w:pStyle w:val="Balk2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BE7FA1">
        <w:rPr>
          <w:rFonts w:ascii="Times New Roman" w:hAnsi="Times New Roman" w:cs="Times New Roman"/>
          <w:color w:val="00B050"/>
          <w:sz w:val="24"/>
          <w:szCs w:val="24"/>
        </w:rPr>
        <w:t>10. Bir Öğretim Üyesi ile Birlikte mi Başvuruyorsunuz?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Evet    </w:t>
      </w: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Hayır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Times New Roman" w:hAnsi="Times New Roman" w:cs="Times New Roman"/>
          <w:sz w:val="24"/>
          <w:szCs w:val="24"/>
        </w:rPr>
        <w:t>Evet ise öğretim üyesinin adı: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</w:t>
      </w:r>
    </w:p>
    <w:p w:rsidR="00BE7FA1" w:rsidRPr="00BE7FA1" w:rsidRDefault="00A97095" w:rsidP="00BE7FA1">
      <w:pPr>
        <w:pStyle w:val="Balk2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BE7FA1">
        <w:rPr>
          <w:rFonts w:ascii="Times New Roman" w:hAnsi="Times New Roman" w:cs="Times New Roman"/>
          <w:color w:val="00B050"/>
          <w:sz w:val="24"/>
          <w:szCs w:val="24"/>
        </w:rPr>
        <w:t>11. Daha Önce Yer Aldığınız Proje veya Etkinlikler (Varsa)</w:t>
      </w:r>
    </w:p>
    <w:p w:rsidR="00A665FB" w:rsidRPr="00BE7FA1" w:rsidRDefault="00A97095" w:rsidP="00BE7FA1">
      <w:pPr>
        <w:pStyle w:val="Balk2"/>
        <w:jc w:val="both"/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</w:pPr>
      <w:proofErr w:type="spellStart"/>
      <w:r w:rsidRPr="00BE7FA1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  <w:t>Açıklama</w:t>
      </w:r>
      <w:proofErr w:type="spellEnd"/>
      <w:r w:rsidRPr="00BE7FA1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  <w:t xml:space="preserve">: </w:t>
      </w:r>
      <w:proofErr w:type="spellStart"/>
      <w:r w:rsidRPr="00BE7FA1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  <w:t>Araştırma</w:t>
      </w:r>
      <w:proofErr w:type="spellEnd"/>
      <w:r w:rsidRPr="00BE7FA1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  <w:t xml:space="preserve"> </w:t>
      </w:r>
      <w:proofErr w:type="spellStart"/>
      <w:r w:rsidRPr="00BE7FA1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  <w:t>projeleri</w:t>
      </w:r>
      <w:proofErr w:type="spellEnd"/>
      <w:r w:rsidRPr="00BE7FA1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  <w:t>, TÜBİTAK, Erasmus, kongre, topluluk faaliyetleri vb. (En fazla 100 kelime)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</w:t>
      </w:r>
    </w:p>
    <w:p w:rsidR="00BE7FA1" w:rsidRPr="00BE7FA1" w:rsidRDefault="00A97095" w:rsidP="00BE7FA1">
      <w:pPr>
        <w:pStyle w:val="Balk2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BE7FA1">
        <w:rPr>
          <w:rFonts w:ascii="Times New Roman" w:hAnsi="Times New Roman" w:cs="Times New Roman"/>
          <w:color w:val="00B050"/>
          <w:sz w:val="24"/>
          <w:szCs w:val="24"/>
        </w:rPr>
        <w:t xml:space="preserve">12. COP31 </w:t>
      </w:r>
      <w:proofErr w:type="spellStart"/>
      <w:r w:rsidRPr="00BE7FA1">
        <w:rPr>
          <w:rFonts w:ascii="Times New Roman" w:hAnsi="Times New Roman" w:cs="Times New Roman"/>
          <w:color w:val="00B050"/>
          <w:sz w:val="24"/>
          <w:szCs w:val="24"/>
        </w:rPr>
        <w:t>Sürecine</w:t>
      </w:r>
      <w:proofErr w:type="spellEnd"/>
      <w:r w:rsidRPr="00BE7FA1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proofErr w:type="spellStart"/>
      <w:r w:rsidRPr="00BE7FA1">
        <w:rPr>
          <w:rFonts w:ascii="Times New Roman" w:hAnsi="Times New Roman" w:cs="Times New Roman"/>
          <w:color w:val="00B050"/>
          <w:sz w:val="24"/>
          <w:szCs w:val="24"/>
        </w:rPr>
        <w:t>Nasıl</w:t>
      </w:r>
      <w:proofErr w:type="spellEnd"/>
      <w:r w:rsidRPr="00BE7FA1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proofErr w:type="spellStart"/>
      <w:r w:rsidRPr="00BE7FA1">
        <w:rPr>
          <w:rFonts w:ascii="Times New Roman" w:hAnsi="Times New Roman" w:cs="Times New Roman"/>
          <w:color w:val="00B050"/>
          <w:sz w:val="24"/>
          <w:szCs w:val="24"/>
        </w:rPr>
        <w:t>Katkı</w:t>
      </w:r>
      <w:proofErr w:type="spellEnd"/>
      <w:r w:rsidRPr="00BE7FA1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proofErr w:type="spellStart"/>
      <w:r w:rsidRPr="00BE7FA1">
        <w:rPr>
          <w:rFonts w:ascii="Times New Roman" w:hAnsi="Times New Roman" w:cs="Times New Roman"/>
          <w:color w:val="00B050"/>
          <w:sz w:val="24"/>
          <w:szCs w:val="24"/>
        </w:rPr>
        <w:t>Sağlayabileceğinizi</w:t>
      </w:r>
      <w:proofErr w:type="spellEnd"/>
      <w:r w:rsidRPr="00BE7FA1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proofErr w:type="spellStart"/>
      <w:r w:rsidRPr="00BE7FA1">
        <w:rPr>
          <w:rFonts w:ascii="Times New Roman" w:hAnsi="Times New Roman" w:cs="Times New Roman"/>
          <w:color w:val="00B050"/>
          <w:sz w:val="24"/>
          <w:szCs w:val="24"/>
        </w:rPr>
        <w:t>Düşünüyorsunuz</w:t>
      </w:r>
      <w:proofErr w:type="spellEnd"/>
      <w:r w:rsidRPr="00BE7FA1">
        <w:rPr>
          <w:rFonts w:ascii="Times New Roman" w:hAnsi="Times New Roman" w:cs="Times New Roman"/>
          <w:color w:val="00B050"/>
          <w:sz w:val="24"/>
          <w:szCs w:val="24"/>
        </w:rPr>
        <w:t>?</w:t>
      </w:r>
    </w:p>
    <w:p w:rsidR="00A665FB" w:rsidRPr="00BE7FA1" w:rsidRDefault="00A97095" w:rsidP="00BE7FA1">
      <w:pPr>
        <w:pStyle w:val="Balk2"/>
        <w:jc w:val="both"/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</w:pPr>
      <w:proofErr w:type="spellStart"/>
      <w:r w:rsidRPr="00BE7FA1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  <w:t>Açıklama</w:t>
      </w:r>
      <w:proofErr w:type="spellEnd"/>
      <w:r w:rsidRPr="00BE7FA1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  <w:t xml:space="preserve">: COP31 </w:t>
      </w:r>
      <w:proofErr w:type="spellStart"/>
      <w:r w:rsidRPr="00BE7FA1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  <w:t>hazırlıklarında</w:t>
      </w:r>
      <w:proofErr w:type="spellEnd"/>
      <w:r w:rsidRPr="00BE7FA1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  <w:t xml:space="preserve"> </w:t>
      </w:r>
      <w:proofErr w:type="spellStart"/>
      <w:r w:rsidRPr="00BE7FA1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  <w:t>veya</w:t>
      </w:r>
      <w:proofErr w:type="spellEnd"/>
      <w:r w:rsidRPr="00BE7FA1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  <w:t xml:space="preserve"> etkinliklerinde hangi bilgi, beceri ve deneyimlerinizle katkı sunabileceğinizi açıklayınız. (En fazla 150 kelime)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</w:t>
      </w:r>
    </w:p>
    <w:p w:rsidR="00A665FB" w:rsidRPr="00BE7FA1" w:rsidRDefault="00A97095" w:rsidP="00BE7FA1">
      <w:pPr>
        <w:pStyle w:val="Balk2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BE7FA1">
        <w:rPr>
          <w:rFonts w:ascii="Times New Roman" w:hAnsi="Times New Roman" w:cs="Times New Roman"/>
          <w:color w:val="00B050"/>
          <w:sz w:val="24"/>
          <w:szCs w:val="24"/>
        </w:rPr>
        <w:t>1</w:t>
      </w:r>
      <w:r w:rsidR="00BE7FA1">
        <w:rPr>
          <w:rFonts w:ascii="Times New Roman" w:hAnsi="Times New Roman" w:cs="Times New Roman"/>
          <w:color w:val="00B050"/>
          <w:sz w:val="24"/>
          <w:szCs w:val="24"/>
        </w:rPr>
        <w:t>3</w:t>
      </w:r>
      <w:r w:rsidRPr="00BE7FA1">
        <w:rPr>
          <w:rFonts w:ascii="Times New Roman" w:hAnsi="Times New Roman" w:cs="Times New Roman"/>
          <w:color w:val="00B050"/>
          <w:sz w:val="24"/>
          <w:szCs w:val="24"/>
        </w:rPr>
        <w:t>. Seyahat Engeli Bulunuyor mu?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Hayır    </w:t>
      </w: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Evet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Times New Roman" w:hAnsi="Times New Roman" w:cs="Times New Roman"/>
          <w:sz w:val="24"/>
          <w:szCs w:val="24"/>
        </w:rPr>
        <w:lastRenderedPageBreak/>
        <w:t>Açıklama: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</w:t>
      </w:r>
    </w:p>
    <w:p w:rsidR="00BE7FA1" w:rsidRPr="00BE7FA1" w:rsidRDefault="00A97095" w:rsidP="00BE7FA1">
      <w:pPr>
        <w:pStyle w:val="Balk2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BE7FA1">
        <w:rPr>
          <w:rFonts w:ascii="Times New Roman" w:hAnsi="Times New Roman" w:cs="Times New Roman"/>
          <w:color w:val="00B050"/>
          <w:sz w:val="24"/>
          <w:szCs w:val="24"/>
        </w:rPr>
        <w:t>1</w:t>
      </w:r>
      <w:r w:rsidR="00BE7FA1" w:rsidRPr="00BE7FA1">
        <w:rPr>
          <w:rFonts w:ascii="Times New Roman" w:hAnsi="Times New Roman" w:cs="Times New Roman"/>
          <w:color w:val="00B050"/>
          <w:sz w:val="24"/>
          <w:szCs w:val="24"/>
        </w:rPr>
        <w:t>4</w:t>
      </w:r>
      <w:r w:rsidRPr="00BE7FA1">
        <w:rPr>
          <w:rFonts w:ascii="Times New Roman" w:hAnsi="Times New Roman" w:cs="Times New Roman"/>
          <w:color w:val="00B050"/>
          <w:sz w:val="24"/>
          <w:szCs w:val="24"/>
        </w:rPr>
        <w:t>. Özgeçmiş / Portfolyo / İlgili Bağlantılar (Varsa)</w:t>
      </w:r>
    </w:p>
    <w:p w:rsidR="00A665FB" w:rsidRPr="00BE7FA1" w:rsidRDefault="00A97095" w:rsidP="00BE7FA1">
      <w:pPr>
        <w:pStyle w:val="Balk2"/>
        <w:jc w:val="both"/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</w:pPr>
      <w:r w:rsidRPr="00BE7FA1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  <w:t>(LinkedIn, GitHub, Kişisel Web Sayfası, Behance vb.)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</w:t>
      </w:r>
    </w:p>
    <w:p w:rsidR="00A665FB" w:rsidRPr="00BE7FA1" w:rsidRDefault="00A97095" w:rsidP="00BE7FA1">
      <w:pPr>
        <w:pStyle w:val="Balk2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BE7FA1">
        <w:rPr>
          <w:rFonts w:ascii="Times New Roman" w:hAnsi="Times New Roman" w:cs="Times New Roman"/>
          <w:color w:val="00B050"/>
          <w:sz w:val="24"/>
          <w:szCs w:val="24"/>
        </w:rPr>
        <w:t>1</w:t>
      </w:r>
      <w:r w:rsidR="00BE7FA1" w:rsidRPr="00BE7FA1">
        <w:rPr>
          <w:rFonts w:ascii="Times New Roman" w:hAnsi="Times New Roman" w:cs="Times New Roman"/>
          <w:color w:val="00B050"/>
          <w:sz w:val="24"/>
          <w:szCs w:val="24"/>
        </w:rPr>
        <w:t>5</w:t>
      </w:r>
      <w:r w:rsidRPr="00BE7FA1">
        <w:rPr>
          <w:rFonts w:ascii="Times New Roman" w:hAnsi="Times New Roman" w:cs="Times New Roman"/>
          <w:color w:val="00B050"/>
          <w:sz w:val="24"/>
          <w:szCs w:val="24"/>
        </w:rPr>
        <w:t>. Onay</w:t>
      </w:r>
    </w:p>
    <w:p w:rsidR="00A665FB" w:rsidRPr="00BE7FA1" w:rsidRDefault="00A97095" w:rsidP="00BE7FA1">
      <w:pPr>
        <w:jc w:val="both"/>
        <w:rPr>
          <w:rFonts w:ascii="Times New Roman" w:hAnsi="Times New Roman" w:cs="Times New Roman"/>
          <w:sz w:val="24"/>
          <w:szCs w:val="24"/>
        </w:rPr>
      </w:pPr>
      <w:r w:rsidRPr="00BE7FA1">
        <w:rPr>
          <w:rFonts w:ascii="Segoe UI Symbol" w:hAnsi="Segoe UI Symbol" w:cs="Segoe UI Symbol"/>
          <w:sz w:val="24"/>
          <w:szCs w:val="24"/>
        </w:rPr>
        <w:t>☐</w:t>
      </w:r>
      <w:r w:rsidRPr="00BE7FA1">
        <w:rPr>
          <w:rFonts w:ascii="Times New Roman" w:hAnsi="Times New Roman" w:cs="Times New Roman"/>
          <w:sz w:val="24"/>
          <w:szCs w:val="24"/>
        </w:rPr>
        <w:t xml:space="preserve"> Başvuruda verdiğim bilgilerin COP31 hazırlıkları kapsamında değerlendirilmesini kabul ediyorum.</w:t>
      </w:r>
    </w:p>
    <w:sectPr w:rsidR="00A665FB" w:rsidRPr="00BE7FA1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7A8B" w:rsidRDefault="00587A8B" w:rsidP="00BE7FA1">
      <w:pPr>
        <w:spacing w:after="0" w:line="240" w:lineRule="auto"/>
      </w:pPr>
      <w:r>
        <w:separator/>
      </w:r>
    </w:p>
  </w:endnote>
  <w:endnote w:type="continuationSeparator" w:id="0">
    <w:p w:rsidR="00587A8B" w:rsidRDefault="00587A8B" w:rsidP="00BE7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FA1" w:rsidRPr="00757083" w:rsidRDefault="00BE7FA1" w:rsidP="00BE7FA1">
    <w:pPr>
      <w:pStyle w:val="NormalWeb"/>
      <w:spacing w:before="0" w:beforeAutospacing="0" w:after="0" w:afterAutospacing="0" w:line="360" w:lineRule="auto"/>
      <w:jc w:val="center"/>
      <w:rPr>
        <w:rStyle w:val="Gl"/>
        <w:rFonts w:eastAsiaTheme="majorEastAsia"/>
        <w:color w:val="00B050"/>
      </w:rPr>
    </w:pPr>
    <w:r w:rsidRPr="00757083">
      <w:rPr>
        <w:rStyle w:val="Gl"/>
        <w:rFonts w:eastAsiaTheme="majorEastAsia"/>
        <w:color w:val="00B050"/>
      </w:rPr>
      <w:t xml:space="preserve">Sürdürülebilir Yeşil Kampüs Koordinatörlüğü </w:t>
    </w:r>
  </w:p>
  <w:p w:rsidR="00BE7FA1" w:rsidRPr="00DF4865" w:rsidRDefault="00587A8B" w:rsidP="00BE7FA1">
    <w:pPr>
      <w:pStyle w:val="NormalWeb"/>
      <w:spacing w:before="0" w:beforeAutospacing="0" w:after="0" w:afterAutospacing="0" w:line="360" w:lineRule="auto"/>
      <w:jc w:val="center"/>
      <w:rPr>
        <w:color w:val="00B050"/>
        <w:sz w:val="28"/>
        <w:szCs w:val="28"/>
      </w:rPr>
    </w:pPr>
    <w:hyperlink r:id="rId1" w:history="1">
      <w:r w:rsidR="00BE7FA1" w:rsidRPr="0023174A">
        <w:rPr>
          <w:rStyle w:val="Kpr"/>
        </w:rPr>
        <w:t>sykk@mu.edu.tr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7A8B" w:rsidRDefault="00587A8B" w:rsidP="00BE7FA1">
      <w:pPr>
        <w:spacing w:after="0" w:line="240" w:lineRule="auto"/>
      </w:pPr>
      <w:r>
        <w:separator/>
      </w:r>
    </w:p>
  </w:footnote>
  <w:footnote w:type="continuationSeparator" w:id="0">
    <w:p w:rsidR="00587A8B" w:rsidRDefault="00587A8B" w:rsidP="00BE7F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FA1" w:rsidRDefault="00BE7FA1">
    <w:pPr>
      <w:pStyle w:val="stBilgi"/>
    </w:pPr>
    <w:r>
      <w:rPr>
        <w:noProof/>
      </w:rPr>
      <w:drawing>
        <wp:inline distT="0" distB="0" distL="0" distR="0" wp14:anchorId="3DED0E04" wp14:editId="4A3F8685">
          <wp:extent cx="655320" cy="1058105"/>
          <wp:effectExtent l="0" t="0" r="0" b="8890"/>
          <wp:docPr id="4" name="Resim 4" descr="Üniversite Logos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Üniversite Logos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845" cy="11009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E7FA1" w:rsidRDefault="00BE7FA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2008"/>
    <w:rsid w:val="00326F90"/>
    <w:rsid w:val="00587A8B"/>
    <w:rsid w:val="00683D2F"/>
    <w:rsid w:val="007A38DE"/>
    <w:rsid w:val="00A455FE"/>
    <w:rsid w:val="00A665FB"/>
    <w:rsid w:val="00A97095"/>
    <w:rsid w:val="00AA1D8D"/>
    <w:rsid w:val="00B47730"/>
    <w:rsid w:val="00BE7FA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247B098C-C0FD-476D-8C37-1475DB919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BE7FA1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E7FA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E7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ykk@mu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016623A-02A8-4109-90F5-E798EFC47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2871</Characters>
  <Application>Microsoft Office Word</Application>
  <DocSecurity>0</DocSecurity>
  <Lines>23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DELL</cp:lastModifiedBy>
  <cp:revision>2</cp:revision>
  <dcterms:created xsi:type="dcterms:W3CDTF">2026-07-24T08:39:00Z</dcterms:created>
  <dcterms:modified xsi:type="dcterms:W3CDTF">2026-07-24T08:39:00Z</dcterms:modified>
  <cp:category/>
</cp:coreProperties>
</file>